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80160" cy="165667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4f8003-e273-43a5-807e-5bb10a0b4bec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6566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rPr>
          <w:color w:val="960000"/>
        </w:rPr>
        <w:t>NEW JERSEY FIREMEN'S HOME</w:t>
      </w:r>
    </w:p>
    <w:p>
      <w:pPr>
        <w:jc w:val="center"/>
      </w:pPr>
      <w:r>
        <w:rPr>
          <w:b/>
          <w:color w:val="0A2C5C"/>
          <w:sz w:val="32"/>
        </w:rPr>
        <w:t>Certified Nursing Assistant (CNA) Training Program</w:t>
        <w:br/>
      </w:r>
      <w:r>
        <w:rPr>
          <w:sz w:val="28"/>
        </w:rPr>
        <w:t>Student Application</w:t>
      </w:r>
    </w:p>
    <w:p>
      <w:r>
        <w:rPr>
          <w:b/>
          <w:color w:val="960000"/>
          <w:sz w:val="26"/>
        </w:rPr>
        <w:t>APPLICANT INFORMATION</w:t>
      </w:r>
    </w:p>
    <w:p>
      <w:r>
        <w:t>Full Name: ________________________________________________</w:t>
      </w:r>
    </w:p>
    <w:p>
      <w:r>
        <w:t>Date of Birth: ________________________________________________</w:t>
      </w:r>
    </w:p>
    <w:p>
      <w:r>
        <w:t>Address: ________________________________________________</w:t>
      </w:r>
    </w:p>
    <w:p>
      <w:r>
        <w:t>City: ________________________________________________</w:t>
      </w:r>
    </w:p>
    <w:p>
      <w:r>
        <w:t>State: ________________________________________________</w:t>
      </w:r>
    </w:p>
    <w:p>
      <w:r>
        <w:t>ZIP Code: ________________________________________________</w:t>
      </w:r>
    </w:p>
    <w:p>
      <w:r>
        <w:t>Phone Number: ________________________________________________</w:t>
      </w:r>
    </w:p>
    <w:p>
      <w:r>
        <w:t>Email Address: ________________________________________________</w:t>
      </w:r>
    </w:p>
    <w:p>
      <w:r>
        <w:t>Preferred Contact Method: ☐ Phone    ☐ Email    ☐ Text</w:t>
      </w:r>
    </w:p>
    <w:p>
      <w:r>
        <w:rPr>
          <w:b/>
          <w:color w:val="960000"/>
          <w:sz w:val="26"/>
        </w:rPr>
        <w:t>EMERGENCY CONTACT</w:t>
      </w:r>
    </w:p>
    <w:p>
      <w:r>
        <w:t>Name: ________________________________________________</w:t>
      </w:r>
    </w:p>
    <w:p>
      <w:r>
        <w:t>Relationship: ________________________________________________</w:t>
      </w:r>
    </w:p>
    <w:p>
      <w:r>
        <w:t>Phone: ________________________________________________</w:t>
      </w:r>
    </w:p>
    <w:p>
      <w:r>
        <w:t>Alternate Phone: ________________________________________________</w:t>
      </w:r>
    </w:p>
    <w:p>
      <w:r>
        <w:rPr>
          <w:b/>
          <w:color w:val="960000"/>
          <w:sz w:val="26"/>
        </w:rPr>
        <w:t>EDUCATION</w:t>
      </w:r>
    </w:p>
    <w:p>
      <w:r>
        <w:t>Highest Level Completed:</w:t>
        <w:br/>
        <w:t>☐ High School Diploma   ☐ GED   ☐ Some College   ☐ College Degree   ☐ Other __________</w:t>
      </w:r>
    </w:p>
    <w:p>
      <w:r>
        <w:t>School: ________________________________________________</w:t>
      </w:r>
    </w:p>
    <w:p>
      <w:r>
        <w:t>Year Completed: ________________________________________________</w:t>
      </w:r>
    </w:p>
    <w:p>
      <w:r>
        <w:rPr>
          <w:b/>
          <w:color w:val="960000"/>
          <w:sz w:val="26"/>
        </w:rPr>
        <w:t>EMPLOYMENT INFORMATION</w:t>
      </w:r>
    </w:p>
    <w:p>
      <w:r>
        <w:t>Current Employer: ________________________________________________</w:t>
      </w:r>
    </w:p>
    <w:p>
      <w:r>
        <w:t>Position: ________________________________________________</w:t>
      </w:r>
    </w:p>
    <w:p>
      <w:r>
        <w:t>Employer Phone: ________________________________________________</w:t>
      </w:r>
    </w:p>
    <w:p>
      <w:r>
        <w:t>Currently Employed: ☐ Yes   ☐ No</w:t>
      </w:r>
    </w:p>
    <w:p>
      <w:r>
        <w:t>Interested in employment with the New Jersey Firemen's Home after certification? ☐ Yes ☐ No ☐ Maybe</w:t>
      </w:r>
    </w:p>
    <w:p>
      <w:r>
        <w:rPr>
          <w:b/>
          <w:color w:val="960000"/>
          <w:sz w:val="26"/>
        </w:rPr>
        <w:t>HEALTHCARE EXPERIENCE</w:t>
      </w:r>
    </w:p>
    <w:p>
      <w:r>
        <w:t>Have you previously worked in healthcare? ☐ Yes ☐ No</w:t>
      </w:r>
    </w:p>
    <w:p>
      <w:r>
        <w:t>If yes, describe:</w:t>
        <w:br/>
        <w:br/>
        <w:t>______________________________________________________________</w:t>
      </w:r>
    </w:p>
    <w:p>
      <w:r>
        <w:rPr>
          <w:b/>
          <w:color w:val="960000"/>
          <w:sz w:val="26"/>
        </w:rPr>
        <w:t>CERTIFICATIONS</w:t>
      </w:r>
    </w:p>
    <w:p>
      <w:r>
        <w:t>☐ CPR   ☐ First Aid   ☐ Home Health Aide   ☐ Medication Aide   ☐ EMT   ☐ Other __________</w:t>
      </w:r>
    </w:p>
    <w:p>
      <w:r>
        <w:t>Expiration Date(s): ________________________________________________</w:t>
      </w:r>
    </w:p>
    <w:p>
      <w:r>
        <w:rPr>
          <w:b/>
          <w:color w:val="960000"/>
          <w:sz w:val="26"/>
        </w:rPr>
        <w:t>ELIGIBILITY QUESTIONS</w:t>
      </w:r>
    </w:p>
    <w:p>
      <w:r>
        <w:t>☐ I am legally authorized to work in the United States.</w:t>
      </w:r>
    </w:p>
    <w:p>
      <w:r>
        <w:t>☐ I have sufficient English language proficiency to read, write, speak, and understand English as required to successfully complete the CNA Training Program and provide safe resident care.</w:t>
      </w:r>
    </w:p>
    <w:p>
      <w:r>
        <w:t>If accommodations are needed, please describe:</w:t>
        <w:br/>
        <w:br/>
        <w:t>______________________________________________________________</w:t>
      </w:r>
    </w:p>
    <w:p>
      <w:r>
        <w:t>Can you perform the essential physical duties required of a CNA with or without reasonable accommodation? ☐ Yes ☐ No</w:t>
      </w:r>
    </w:p>
    <w:p>
      <w:r>
        <w:t>Have you ever been convicted of a criminal offense (excluding minor traffic violations)? ☐ Yes ☐ No</w:t>
      </w:r>
    </w:p>
    <w:p>
      <w:r>
        <w:t>If yes, explain:</w:t>
        <w:br/>
        <w:br/>
        <w:t>______________________________________________________________</w:t>
        <w:br/>
        <w:t>(A conviction does not automatically disqualify an applicant.)</w:t>
      </w:r>
    </w:p>
    <w:p>
      <w:r>
        <w:rPr>
          <w:b/>
          <w:color w:val="960000"/>
          <w:sz w:val="26"/>
        </w:rPr>
        <w:t>PROGRAM REQUIREMENTS</w:t>
      </w:r>
    </w:p>
    <w:p>
      <w:r>
        <w:t>☐ Criminal Background Check</w:t>
        <w:br/>
        <w:t>☐ Drug Screening</w:t>
        <w:br/>
        <w:t>☐ Physical Examination</w:t>
        <w:br/>
        <w:t>☐ Immunization Documentation</w:t>
        <w:br/>
        <w:t>☐ Tuberculosis Screening</w:t>
        <w:br/>
        <w:t>☐ Attendance at all classroom and clinical sessions</w:t>
      </w:r>
    </w:p>
    <w:p>
      <w:r>
        <w:t>Applicant Initials: ________________________________________________</w:t>
      </w:r>
    </w:p>
    <w:p>
      <w:r>
        <w:rPr>
          <w:b/>
          <w:color w:val="960000"/>
          <w:sz w:val="26"/>
        </w:rPr>
        <w:t>HOW DID YOU HEAR ABOUT OUR PROGRAM?</w:t>
      </w:r>
    </w:p>
    <w:p>
      <w:r>
        <w:t>☐ Friend/Family ☐ Church ☐ Food Pantry ☐ Social Media ☐ Website ☐ Employer ☐ Community Event ☐ Other __________</w:t>
      </w:r>
    </w:p>
    <w:p>
      <w:r>
        <w:rPr>
          <w:b/>
          <w:color w:val="960000"/>
          <w:sz w:val="26"/>
        </w:rPr>
        <w:t>PERSONAL STATEMENT</w:t>
      </w:r>
    </w:p>
    <w:p>
      <w:r>
        <w:t>Why do you want to become a Certified Nursing Assistant?</w:t>
        <w:br/>
        <w:br/>
        <w:t>______________________________________________________________</w:t>
        <w:br/>
        <w:t>______________________________________________________________</w:t>
      </w:r>
    </w:p>
    <w:p>
      <w:r>
        <w:rPr>
          <w:b/>
          <w:color w:val="960000"/>
          <w:sz w:val="26"/>
        </w:rPr>
        <w:t>ACKNOWLEDGEMENT</w:t>
      </w:r>
    </w:p>
    <w:p>
      <w:r>
        <w:t>I certify that the information provided on this application is true and complete to the best of my knowledge.</w:t>
      </w:r>
    </w:p>
    <w:p>
      <w:r>
        <w:t>Applicant Signature: ________________________________________________</w:t>
      </w:r>
    </w:p>
    <w:p>
      <w:r>
        <w:t>Date: ________________________________________________</w:t>
      </w:r>
    </w:p>
    <w:p>
      <w:r>
        <w:rPr>
          <w:b/>
          <w:color w:val="960000"/>
          <w:sz w:val="26"/>
        </w:rPr>
        <w:t>OFFICE USE ONLY</w:t>
      </w:r>
    </w:p>
    <w:p>
      <w:r>
        <w:t>Application Received __________</w:t>
        <w:br/>
        <w:t>Interview Scheduled ☐ Yes ☐ No</w:t>
        <w:br/>
        <w:t>Background Check ☐ Complete ☐ Pending</w:t>
        <w:br/>
        <w:t>Drug Screen ☐ Complete ☐ Pending</w:t>
        <w:br/>
        <w:t>Accepted ☐ Yes ☐ No ☐ Wait List</w:t>
        <w:br/>
        <w:t>Comments:</w:t>
        <w:br/>
        <w:t>______________________________________________________________</w:t>
      </w:r>
    </w:p>
    <w:p/>
    <w:p>
      <w:pPr>
        <w:jc w:val="center"/>
      </w:pPr>
      <w:r>
        <w:rPr>
          <w:i/>
          <w:color w:val="0A2C5C"/>
        </w:rPr>
        <w:t>New Jersey Firemen's Home CNA Training Program</w:t>
        <w:br/>
        <w:t>www.njfirecna.com | 973-334-0024 ext. 43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